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🔍 בלשי השורש – גזרות הנחים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גזרות הנחים – שיטת הבלש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הגזרה של פועל לפי אותיות השורש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ארבע הגזרות: ל"ה, פ"י/ו, ע"ו/י, פ"נ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יוצאי דופן כמו הפועל לקח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הגזרה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ל"ה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פ"י/ו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לפעמים ה׳ מתחלפת ביו"ד, למשל בעתיד יבנה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האות האמצעית נעלמת, כמו במילה קם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גזרה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(בנה)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(ישב)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(קם)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שיטת הבלש – סדר הפעולות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קראו את הפועל בעיון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מצאו את שלוש אותיות השורש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בדקו אם אחת האותיות היא נ, י, ו או 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 נפל ונתן, כי האות הראשונה בשורש היא נ׳ שנעלמת בנטיה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ע"ו/י – האות האמצעית נעלמת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פועל שמסתיים בה׳ בשורש, כמו בנה או קנה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הוא מתנהג כמו גזרת פ"נ אף שמתחיל בל׳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עם המשחק 'מאמן הבלש' לפני התרגול בדף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לכתוב על הלוח את ארבע הגזרות עם דוגמה אחת לכל 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עולים מומלץ להקריא את המשפטים בקול לפני המענה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🔍 בלשי השורש – גזרות הנחים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גזרות הנחים – שיטת הבלש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זיהוי גזרות נחים בפעלים, בעזרת שיטת הבלש שלמדתם במשחק. נבדוק אילו אותיות בשורש משתנות או נעלמות, ובאיזו גזרה מדובר.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נ  ·  עו  ·  בנה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זיהוי הגזרה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השורש של הפועל "בנה" שייך לגזרת: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ל"ה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פ"י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ע"ו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הפועל "ישב" שייך לגזרת: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פ"י/ו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ל"ה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ע"ו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בגזרת ל"ה האות האחרונה בשורש תמיד נשארת ה׳ בכל הזמנים.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בגזרת ע"ו/י רואים בדרך כלל רק שתי אותיות שורש בזמן עבר.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השורש של הפועל "בנה"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הפועל "קם" שייך לגזרת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האות הראשונה בשורש של הפועל "נפל" היא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גזרה לדוגמה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ל"ה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ישב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פ"י/ו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קם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ע"ו/י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בנה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שיטת הבלש – סדר הפעולות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מצאו את שלוש אותיות השורש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בדקו אם אחת האותיות היא נ, י, ו או 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קראו את הפועל בעיון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שני פעלים מגזרת פ"נ והסבירו איך זיהיתם אותם.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גזרת הפועל "קם"?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לפועל מגזרת ל"ה.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גזרות הנחים – שיטת הבלש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