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– שיטת הבלש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הגזרה של פועל לפי אותיות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ארבע הגזרות: ל"ה, פ"י/ו, ע"ו/י, פ"נ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יוצאי דופן כמו הפועל לקח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ל"ה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יוצא דופן בגזרת פ"נ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לפעמים ה׳ מתחלפת ביו"ד, למשל בעתיד יבנה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האות האמצעית נעלמת, כמו במילה קם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בפועל יפול הנו"ן נעלמת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פעלים כמו הושב שהם גם הופעל וגם גזרת נחים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מוספית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גזרה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(ישב)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(נפל)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שיטת הבלש – סדר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הפועל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מצאו את שלוש אותיות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בדקו אם אחת האותיות היא נ, י, ו או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קבעו לאיזו גזרה שייך הפועל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הוא מתנהג כמו גזרת פ"נ למרות שהאות הראשונה היא ל׳ ולא נ׳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נפל ונתן, כי האות הראשונה בשורש היא נ׳ שנעלמת בנטיה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ע"ו/י – האות האמצעית נעלמת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פועל שמסתיים בה׳ בשורש, כמו בנה או קנה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הוא מתנהג כמו גזרת פ"נ אף שמתחיל בל׳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עם המשחק 'מאמן הבלש' לפני התרגול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לכתוב על הלוח את ארבע הגזרות עם דוגמה אחת לכל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מומלץ להקריא את המשפטים בקול לפני המענה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– שיטת הבלש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זיהוי גזרות נחים בפעלים, בעזרת שיטת הבלש שלמדתם במשחק. נבדוק אילו אותיות בשורש משתנות או נעלמות, ובאיזו גזרה מדובר.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הגזרה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השורש של הפועל "בנה"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הפועל "ישב"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הפועל "קם"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הפועל "נפל"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הפועל "לקח" נחשב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יוצא דופן בגזרת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גזרת ל"ה רגילה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גזרת ע"ו רגילה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גזרת פ"י רגילה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ל"ה האות האחרונה בשורש תמיד נשארת ה׳ בכל הזמנים.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ע"ו/י רואים בדרך כלל רק שתי אותיות שורש בזמן עבר.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פ"נ הנו"ן הראשונה נבלעת לעיתים קרובות באות הבאה.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למצוא גזרות נחים גם בבניין הופעל.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הפועל "בנה"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הפועל "קם"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האות הראשונה בשורש של הפועל "נפל"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הפועל "ישב"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פעלים שהאות האחרונה בשורשם היא ה׳ שייכים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האות שמתווספת לשורש ונעזרת לבנות את הפועל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גזרה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ל"ה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נפל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פ"י/ו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ע"ו/י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פ"נ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ישב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שיטת הבלש – סדר 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את שלוש אותיות השורש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אחת האותיות היא נ, י, ו או 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קבעו לאיזו גזרה שייך הפועל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הפועל בעיון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הפועל "לקח" נחשב יוצא דופן.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פעלים מגזרת פ"נ והסבירו איך זיהיתם אותם.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גזרת הפועל "קם"?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לפועל מגזרת ל"ה.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הפועל "לקח" נחשב יוצא דופן?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גזרות הנחים – שיטת הבלש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